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5386"/>
        <w:gridCol w:w="2324"/>
      </w:tblGrid>
      <w:tr w:rsidR="004E4AF8" w14:paraId="6C59C0DE" w14:textId="77777777">
        <w:trPr>
          <w:jc w:val="center"/>
        </w:trPr>
        <w:tc>
          <w:tcPr>
            <w:tcW w:w="2324" w:type="dxa"/>
            <w:vAlign w:val="center"/>
          </w:tcPr>
          <w:p w14:paraId="3A7D6F98" w14:textId="77777777" w:rsidR="004E4AF8" w:rsidRDefault="003560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4CB391" wp14:editId="50919392">
                  <wp:extent cx="1116000" cy="4009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400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14"/>
              </w:rPr>
              <w:br/>
              <w:t>Incorporating Qualifiers for</w:t>
            </w:r>
            <w:r>
              <w:rPr>
                <w:b/>
                <w:sz w:val="14"/>
              </w:rPr>
              <w:br/>
              <w:t>The Pony Club Spring Festival</w:t>
            </w:r>
          </w:p>
        </w:tc>
        <w:tc>
          <w:tcPr>
            <w:tcW w:w="5386" w:type="dxa"/>
            <w:vAlign w:val="center"/>
          </w:tcPr>
          <w:p w14:paraId="792EFA20" w14:textId="77777777" w:rsidR="004E4AF8" w:rsidRDefault="0035600F">
            <w:pPr>
              <w:spacing w:line="211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BD73655" wp14:editId="0A4C431C">
                  <wp:extent cx="1835999" cy="1835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9604.jpe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99" cy="183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ptos" w:hAnsi="Aptos"/>
                <w:b/>
                <w:sz w:val="21"/>
              </w:rPr>
              <w:br/>
              <w:t>West Kype Farm, Strathaven ML10 6PR</w:t>
            </w:r>
          </w:p>
        </w:tc>
        <w:tc>
          <w:tcPr>
            <w:tcW w:w="2324" w:type="dxa"/>
            <w:vAlign w:val="center"/>
          </w:tcPr>
          <w:p w14:paraId="1A3E8AA6" w14:textId="77777777" w:rsidR="004E4AF8" w:rsidRDefault="003560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B72FC3" wp14:editId="50B01438">
                  <wp:extent cx="792000" cy="77463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74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13"/>
              </w:rPr>
              <w:br/>
              <w:t>ROSETTES &amp; PRIZES</w:t>
            </w:r>
            <w:r>
              <w:rPr>
                <w:b/>
                <w:sz w:val="13"/>
              </w:rPr>
              <w:br/>
              <w:t>SUPPORTED BY</w:t>
            </w:r>
            <w:r>
              <w:rPr>
                <w:b/>
                <w:sz w:val="13"/>
              </w:rPr>
              <w:br/>
              <w:t>ADVANCED ROLLER DOORS LTD</w:t>
            </w:r>
            <w:r>
              <w:rPr>
                <w:b/>
                <w:sz w:val="13"/>
              </w:rPr>
              <w:br/>
              <w:t>EAST KILBRIDE</w:t>
            </w:r>
          </w:p>
        </w:tc>
      </w:tr>
    </w:tbl>
    <w:p w14:paraId="4A48F830" w14:textId="77777777" w:rsidR="004E4AF8" w:rsidRDefault="0035600F">
      <w:pPr>
        <w:spacing w:before="20" w:after="0"/>
        <w:jc w:val="center"/>
      </w:pPr>
      <w:r>
        <w:rPr>
          <w:b/>
          <w:color w:val="7030A0"/>
          <w:sz w:val="50"/>
        </w:rPr>
        <w:t>ARENA EVENT</w:t>
      </w:r>
    </w:p>
    <w:p w14:paraId="6C6626DF" w14:textId="77777777" w:rsidR="004E4AF8" w:rsidRDefault="0035600F">
      <w:pPr>
        <w:spacing w:after="60"/>
        <w:jc w:val="center"/>
      </w:pPr>
      <w:r>
        <w:rPr>
          <w:b/>
          <w:color w:val="DC0000"/>
          <w:sz w:val="32"/>
        </w:rPr>
        <w:t>SUNDAY 11th OCTOBER 2026</w:t>
      </w:r>
    </w:p>
    <w:tbl>
      <w:tblPr>
        <w:tblW w:w="0" w:type="auto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134"/>
        <w:gridCol w:w="6520"/>
      </w:tblGrid>
      <w:tr w:rsidR="004E4AF8" w14:paraId="06FDE229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EE2642" w14:textId="77777777" w:rsidR="004E4AF8" w:rsidRDefault="0035600F">
            <w:pPr>
              <w:spacing w:before="50" w:after="50"/>
              <w:jc w:val="center"/>
            </w:pPr>
            <w:r>
              <w:rPr>
                <w:b/>
              </w:rPr>
              <w:t>CLASS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3E8586" w14:textId="77777777" w:rsidR="004E4AF8" w:rsidRDefault="0035600F">
            <w:pPr>
              <w:spacing w:before="50" w:after="50"/>
              <w:jc w:val="center"/>
            </w:pPr>
            <w:r>
              <w:rPr>
                <w:b/>
              </w:rPr>
              <w:t>HEIGHT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952D76" w14:textId="77777777" w:rsidR="004E4AF8" w:rsidRDefault="0035600F">
            <w:pPr>
              <w:spacing w:before="50" w:after="50"/>
              <w:jc w:val="center"/>
            </w:pPr>
            <w:r>
              <w:rPr>
                <w:b/>
              </w:rPr>
              <w:t>DETAILS</w:t>
            </w:r>
          </w:p>
        </w:tc>
      </w:tr>
      <w:tr w:rsidR="004E4AF8" w14:paraId="2C4E72AF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D9EDA6" w14:textId="77777777" w:rsidR="004E4AF8" w:rsidRDefault="0035600F">
            <w:pPr>
              <w:spacing w:before="44" w:after="44"/>
              <w:jc w:val="center"/>
            </w:pPr>
            <w:r>
              <w:rPr>
                <w:b/>
                <w:sz w:val="17"/>
              </w:rPr>
              <w:t>Class 1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7EE055" w14:textId="77777777" w:rsidR="004E4AF8" w:rsidRDefault="0035600F">
            <w:pPr>
              <w:spacing w:before="44" w:after="44"/>
              <w:jc w:val="center"/>
            </w:pPr>
            <w:r>
              <w:rPr>
                <w:sz w:val="17"/>
              </w:rPr>
              <w:t>60cm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70ED5A" w14:textId="77777777" w:rsidR="004E4AF8" w:rsidRDefault="0035600F">
            <w:pPr>
              <w:spacing w:before="44" w:after="44"/>
            </w:pPr>
            <w:r>
              <w:rPr>
                <w:sz w:val="17"/>
              </w:rPr>
              <w:t>Open</w:t>
            </w:r>
          </w:p>
        </w:tc>
      </w:tr>
      <w:tr w:rsidR="004E4AF8" w14:paraId="7F40D20A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926702" w14:textId="77777777" w:rsidR="004E4AF8" w:rsidRDefault="0035600F">
            <w:pPr>
              <w:spacing w:before="44" w:after="44"/>
              <w:jc w:val="center"/>
            </w:pPr>
            <w:r>
              <w:rPr>
                <w:b/>
                <w:sz w:val="17"/>
              </w:rPr>
              <w:t>Class 2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86A3DA" w14:textId="77777777" w:rsidR="004E4AF8" w:rsidRDefault="0035600F">
            <w:pPr>
              <w:spacing w:before="44" w:after="44"/>
              <w:jc w:val="center"/>
            </w:pPr>
            <w:r>
              <w:rPr>
                <w:sz w:val="17"/>
              </w:rPr>
              <w:t>70cm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4899CA" w14:textId="77777777" w:rsidR="004E4AF8" w:rsidRDefault="0035600F">
            <w:pPr>
              <w:spacing w:before="44" w:after="44"/>
            </w:pPr>
            <w:r>
              <w:rPr>
                <w:sz w:val="17"/>
              </w:rPr>
              <w:t>Open incorporates PC qualifier</w:t>
            </w:r>
          </w:p>
        </w:tc>
      </w:tr>
      <w:tr w:rsidR="004E4AF8" w14:paraId="565C14F6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C6CCE7" w14:textId="77777777" w:rsidR="004E4AF8" w:rsidRDefault="0035600F">
            <w:pPr>
              <w:spacing w:before="44" w:after="44"/>
              <w:jc w:val="center"/>
            </w:pPr>
            <w:r>
              <w:rPr>
                <w:b/>
                <w:sz w:val="17"/>
              </w:rPr>
              <w:t>Class 3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AFC31E" w14:textId="77777777" w:rsidR="004E4AF8" w:rsidRDefault="0035600F">
            <w:pPr>
              <w:spacing w:before="44" w:after="44"/>
              <w:jc w:val="center"/>
            </w:pPr>
            <w:r>
              <w:rPr>
                <w:sz w:val="17"/>
              </w:rPr>
              <w:t>70cm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DCF97E" w14:textId="77777777" w:rsidR="004E4AF8" w:rsidRDefault="0035600F">
            <w:pPr>
              <w:spacing w:before="44" w:after="44"/>
            </w:pPr>
            <w:r>
              <w:rPr>
                <w:sz w:val="17"/>
              </w:rPr>
              <w:t>BE ACE &amp; ACE Scotland qualifier</w:t>
            </w:r>
          </w:p>
        </w:tc>
      </w:tr>
      <w:tr w:rsidR="004E4AF8" w14:paraId="4570BAB7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9D186E" w14:textId="77777777" w:rsidR="004E4AF8" w:rsidRDefault="0035600F">
            <w:pPr>
              <w:spacing w:before="44" w:after="44"/>
              <w:jc w:val="center"/>
            </w:pPr>
            <w:r>
              <w:rPr>
                <w:b/>
                <w:sz w:val="17"/>
              </w:rPr>
              <w:t>Class 4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BEFF7E" w14:textId="77777777" w:rsidR="004E4AF8" w:rsidRDefault="0035600F">
            <w:pPr>
              <w:spacing w:before="44" w:after="44"/>
              <w:jc w:val="center"/>
            </w:pPr>
            <w:r>
              <w:rPr>
                <w:sz w:val="17"/>
              </w:rPr>
              <w:t>80cm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85C3BD9" w14:textId="77777777" w:rsidR="004E4AF8" w:rsidRDefault="0035600F">
            <w:pPr>
              <w:spacing w:before="44" w:after="44"/>
            </w:pPr>
            <w:r>
              <w:rPr>
                <w:sz w:val="17"/>
              </w:rPr>
              <w:t>Open incorporates PC qualifier</w:t>
            </w:r>
          </w:p>
        </w:tc>
      </w:tr>
      <w:tr w:rsidR="004E4AF8" w14:paraId="52B793D7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B7D1E1" w14:textId="77777777" w:rsidR="004E4AF8" w:rsidRDefault="0035600F">
            <w:pPr>
              <w:spacing w:before="44" w:after="44"/>
              <w:jc w:val="center"/>
            </w:pPr>
            <w:r>
              <w:rPr>
                <w:b/>
                <w:sz w:val="17"/>
              </w:rPr>
              <w:t>Class 5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FB5E94" w14:textId="77777777" w:rsidR="004E4AF8" w:rsidRDefault="0035600F">
            <w:pPr>
              <w:spacing w:before="44" w:after="44"/>
              <w:jc w:val="center"/>
            </w:pPr>
            <w:r>
              <w:rPr>
                <w:sz w:val="17"/>
              </w:rPr>
              <w:t>80cm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685CA9" w14:textId="77777777" w:rsidR="004E4AF8" w:rsidRDefault="0035600F">
            <w:pPr>
              <w:spacing w:before="44" w:after="44"/>
            </w:pPr>
            <w:r>
              <w:rPr>
                <w:sz w:val="17"/>
              </w:rPr>
              <w:t>BE ACE &amp; ACE Scotland qualifier</w:t>
            </w:r>
          </w:p>
        </w:tc>
      </w:tr>
      <w:tr w:rsidR="004E4AF8" w14:paraId="0F22FA1E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AF6DC7" w14:textId="77777777" w:rsidR="004E4AF8" w:rsidRDefault="0035600F">
            <w:pPr>
              <w:spacing w:before="44" w:after="44"/>
              <w:jc w:val="center"/>
            </w:pPr>
            <w:r>
              <w:rPr>
                <w:b/>
                <w:sz w:val="17"/>
              </w:rPr>
              <w:t>Class 6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1360DB" w14:textId="77777777" w:rsidR="004E4AF8" w:rsidRDefault="0035600F">
            <w:pPr>
              <w:spacing w:before="44" w:after="44"/>
              <w:jc w:val="center"/>
            </w:pPr>
            <w:r>
              <w:rPr>
                <w:sz w:val="17"/>
              </w:rPr>
              <w:t>90cm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778B2D" w14:textId="77777777" w:rsidR="004E4AF8" w:rsidRDefault="0035600F">
            <w:pPr>
              <w:spacing w:before="44" w:after="44"/>
            </w:pPr>
            <w:r>
              <w:rPr>
                <w:sz w:val="17"/>
              </w:rPr>
              <w:t>Open incorporates PC qualifier</w:t>
            </w:r>
          </w:p>
        </w:tc>
      </w:tr>
      <w:tr w:rsidR="004E4AF8" w14:paraId="0C8821B8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E2104A" w14:textId="77777777" w:rsidR="004E4AF8" w:rsidRDefault="0035600F">
            <w:pPr>
              <w:spacing w:before="44" w:after="44"/>
              <w:jc w:val="center"/>
            </w:pPr>
            <w:r>
              <w:rPr>
                <w:b/>
                <w:sz w:val="17"/>
              </w:rPr>
              <w:t>Class 7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97B3FC" w14:textId="77777777" w:rsidR="004E4AF8" w:rsidRDefault="0035600F">
            <w:pPr>
              <w:spacing w:before="44" w:after="44"/>
              <w:jc w:val="center"/>
            </w:pPr>
            <w:r>
              <w:rPr>
                <w:sz w:val="17"/>
              </w:rPr>
              <w:t>90cm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E0A0DD" w14:textId="77777777" w:rsidR="004E4AF8" w:rsidRDefault="0035600F">
            <w:pPr>
              <w:spacing w:before="44" w:after="44"/>
            </w:pPr>
            <w:r>
              <w:rPr>
                <w:sz w:val="17"/>
              </w:rPr>
              <w:t>BE ACE &amp; ACE Scotland qualifier</w:t>
            </w:r>
          </w:p>
        </w:tc>
      </w:tr>
      <w:tr w:rsidR="004E4AF8" w14:paraId="0190900F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8244BE" w14:textId="77777777" w:rsidR="004E4AF8" w:rsidRDefault="0035600F">
            <w:pPr>
              <w:spacing w:before="44" w:after="44"/>
              <w:jc w:val="center"/>
            </w:pPr>
            <w:r>
              <w:rPr>
                <w:b/>
                <w:sz w:val="17"/>
              </w:rPr>
              <w:t>Class 8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941000" w14:textId="77777777" w:rsidR="004E4AF8" w:rsidRDefault="0035600F">
            <w:pPr>
              <w:spacing w:before="44" w:after="44"/>
              <w:jc w:val="center"/>
            </w:pPr>
            <w:r>
              <w:rPr>
                <w:sz w:val="17"/>
              </w:rPr>
              <w:t>1m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36CE2D" w14:textId="77777777" w:rsidR="004E4AF8" w:rsidRDefault="0035600F">
            <w:pPr>
              <w:spacing w:before="44" w:after="44"/>
            </w:pPr>
            <w:r>
              <w:rPr>
                <w:sz w:val="17"/>
              </w:rPr>
              <w:t>Open incorporates PC qualifier</w:t>
            </w:r>
          </w:p>
        </w:tc>
      </w:tr>
      <w:tr w:rsidR="004E4AF8" w14:paraId="1A956306" w14:textId="77777777">
        <w:trPr>
          <w:jc w:val="center"/>
        </w:trPr>
        <w:tc>
          <w:tcPr>
            <w:tcW w:w="141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F33EBB" w14:textId="77777777" w:rsidR="004E4AF8" w:rsidRDefault="0035600F">
            <w:pPr>
              <w:spacing w:before="44" w:after="44"/>
              <w:jc w:val="center"/>
            </w:pPr>
            <w:r>
              <w:rPr>
                <w:b/>
                <w:sz w:val="17"/>
              </w:rPr>
              <w:t>Class 9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BA5704" w14:textId="77777777" w:rsidR="004E4AF8" w:rsidRDefault="0035600F">
            <w:pPr>
              <w:spacing w:before="44" w:after="44"/>
              <w:jc w:val="center"/>
            </w:pPr>
            <w:r>
              <w:rPr>
                <w:sz w:val="17"/>
              </w:rPr>
              <w:t>1m</w:t>
            </w:r>
          </w:p>
        </w:tc>
        <w:tc>
          <w:tcPr>
            <w:tcW w:w="652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A8F396" w14:textId="77777777" w:rsidR="004E4AF8" w:rsidRDefault="0035600F">
            <w:pPr>
              <w:spacing w:before="44" w:after="44"/>
            </w:pPr>
            <w:r>
              <w:rPr>
                <w:sz w:val="17"/>
              </w:rPr>
              <w:t>BE ACE &amp; ACE Scotland qualifier</w:t>
            </w:r>
          </w:p>
        </w:tc>
      </w:tr>
    </w:tbl>
    <w:p w14:paraId="7004AEBD" w14:textId="77777777" w:rsidR="004E4AF8" w:rsidRDefault="0035600F">
      <w:pPr>
        <w:spacing w:before="100" w:after="80"/>
        <w:jc w:val="center"/>
      </w:pPr>
      <w:r>
        <w:rPr>
          <w:b/>
          <w:sz w:val="15"/>
        </w:rPr>
        <w:t>Although British Eventing ACE Series qualification sees age groups compete together.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783"/>
        <w:gridCol w:w="3402"/>
      </w:tblGrid>
      <w:tr w:rsidR="004E4AF8" w14:paraId="126FE88E" w14:textId="77777777">
        <w:trPr>
          <w:jc w:val="center"/>
        </w:trPr>
        <w:tc>
          <w:tcPr>
            <w:tcW w:w="5783" w:type="dxa"/>
          </w:tcPr>
          <w:p w14:paraId="7EB06AC6" w14:textId="77777777" w:rsidR="004E4AF8" w:rsidRDefault="0035600F">
            <w:pPr>
              <w:spacing w:after="30"/>
            </w:pPr>
            <w:r>
              <w:rPr>
                <w:b/>
                <w:sz w:val="17"/>
                <w:u w:val="single"/>
              </w:rPr>
              <w:t>FORMAT</w:t>
            </w:r>
          </w:p>
          <w:p w14:paraId="50FD3BEB" w14:textId="77777777" w:rsidR="004E4AF8" w:rsidRDefault="0035600F">
            <w:pPr>
              <w:spacing w:after="30"/>
            </w:pPr>
            <w:r>
              <w:rPr>
                <w:sz w:val="15"/>
              </w:rPr>
              <w:t>• Optimal time will be set at speed of 325mpm and riders penalised for being over or under.</w:t>
            </w:r>
          </w:p>
          <w:p w14:paraId="1DF0884E" w14:textId="77777777" w:rsidR="004E4AF8" w:rsidRDefault="0035600F">
            <w:pPr>
              <w:spacing w:after="30"/>
            </w:pPr>
            <w:r>
              <w:rPr>
                <w:sz w:val="15"/>
              </w:rPr>
              <w:t>• The competition will be run over a course of show jumping fences / working hunter / cross country.</w:t>
            </w:r>
          </w:p>
          <w:p w14:paraId="2FA9DB53" w14:textId="77777777" w:rsidR="004E4AF8" w:rsidRDefault="0035600F">
            <w:pPr>
              <w:spacing w:after="30"/>
            </w:pPr>
            <w:r>
              <w:rPr>
                <w:sz w:val="15"/>
              </w:rPr>
              <w:t>• The course will be in the indoor school.</w:t>
            </w:r>
          </w:p>
          <w:p w14:paraId="224FC177" w14:textId="77777777" w:rsidR="004E4AF8" w:rsidRDefault="0035600F">
            <w:pPr>
              <w:spacing w:after="30"/>
            </w:pPr>
            <w:r>
              <w:rPr>
                <w:sz w:val="15"/>
              </w:rPr>
              <w:t>• Times will be allocated for each class.</w:t>
            </w:r>
          </w:p>
          <w:p w14:paraId="68BDC28D" w14:textId="77777777" w:rsidR="004E4AF8" w:rsidRDefault="0035600F">
            <w:pPr>
              <w:spacing w:after="30"/>
            </w:pPr>
            <w:r>
              <w:rPr>
                <w:sz w:val="15"/>
              </w:rPr>
              <w:t>• Total entries are limited so entries will close if capacity is reached ahead of the closing date.</w:t>
            </w:r>
          </w:p>
        </w:tc>
        <w:tc>
          <w:tcPr>
            <w:tcW w:w="3402" w:type="dxa"/>
          </w:tcPr>
          <w:p w14:paraId="52DD90A2" w14:textId="77777777" w:rsidR="004E4AF8" w:rsidRDefault="0035600F">
            <w:pPr>
              <w:spacing w:after="30"/>
            </w:pPr>
            <w:r>
              <w:rPr>
                <w:b/>
                <w:sz w:val="17"/>
                <w:u w:val="single"/>
              </w:rPr>
              <w:t>ENTRY DEADLINES &amp; FEES</w:t>
            </w:r>
          </w:p>
          <w:p w14:paraId="190288E5" w14:textId="77777777" w:rsidR="004E4AF8" w:rsidRDefault="0035600F">
            <w:pPr>
              <w:spacing w:before="20" w:after="30"/>
              <w:jc w:val="center"/>
            </w:pPr>
            <w:r>
              <w:rPr>
                <w:b/>
                <w:sz w:val="15"/>
              </w:rPr>
              <w:t>Entry fees</w:t>
            </w:r>
            <w:r>
              <w:rPr>
                <w:b/>
                <w:sz w:val="15"/>
              </w:rPr>
              <w:br/>
            </w:r>
            <w:r>
              <w:rPr>
                <w:sz w:val="15"/>
              </w:rPr>
              <w:t>£20 per class + £2 medical cover</w:t>
            </w:r>
            <w:r>
              <w:rPr>
                <w:sz w:val="15"/>
              </w:rPr>
              <w:br/>
              <w:t>WKRC members £18</w:t>
            </w:r>
          </w:p>
          <w:p w14:paraId="114A7E34" w14:textId="77777777" w:rsidR="004E4AF8" w:rsidRDefault="0035600F">
            <w:pPr>
              <w:spacing w:before="20" w:after="30"/>
              <w:jc w:val="center"/>
            </w:pPr>
            <w:r>
              <w:rPr>
                <w:b/>
                <w:sz w:val="15"/>
              </w:rPr>
              <w:t>Closing date</w:t>
            </w:r>
            <w:r>
              <w:rPr>
                <w:b/>
                <w:sz w:val="15"/>
              </w:rPr>
              <w:br/>
            </w:r>
            <w:r>
              <w:rPr>
                <w:sz w:val="15"/>
              </w:rPr>
              <w:t>Thursday 8/10/26, 12 noon</w:t>
            </w:r>
            <w:r>
              <w:rPr>
                <w:sz w:val="15"/>
              </w:rPr>
              <w:br/>
              <w:t>or at capacity for event</w:t>
            </w:r>
          </w:p>
          <w:p w14:paraId="71D84F87" w14:textId="77777777" w:rsidR="004E4AF8" w:rsidRDefault="0035600F">
            <w:pPr>
              <w:spacing w:before="20" w:after="30"/>
              <w:jc w:val="center"/>
            </w:pPr>
            <w:r>
              <w:rPr>
                <w:b/>
                <w:sz w:val="15"/>
              </w:rPr>
              <w:t>Times</w:t>
            </w:r>
            <w:r>
              <w:rPr>
                <w:b/>
                <w:sz w:val="15"/>
              </w:rPr>
              <w:br/>
            </w:r>
            <w:r>
              <w:rPr>
                <w:sz w:val="15"/>
              </w:rPr>
              <w:t>Will be posted on the website</w:t>
            </w:r>
          </w:p>
        </w:tc>
      </w:tr>
    </w:tbl>
    <w:p w14:paraId="6A394276" w14:textId="77777777" w:rsidR="004E4AF8" w:rsidRDefault="0035600F">
      <w:pPr>
        <w:spacing w:before="80" w:after="40"/>
        <w:jc w:val="center"/>
      </w:pPr>
      <w:r>
        <w:rPr>
          <w:sz w:val="15"/>
        </w:rPr>
        <w:t>Run under BE rules, scoring will be per Arena Events with an optimum time set at 325mpm.</w:t>
      </w:r>
    </w:p>
    <w:p w14:paraId="31B78F85" w14:textId="77777777" w:rsidR="004E4AF8" w:rsidRDefault="0035600F">
      <w:pPr>
        <w:spacing w:before="40" w:after="80"/>
        <w:jc w:val="center"/>
      </w:pPr>
      <w:r>
        <w:rPr>
          <w:b/>
          <w:u w:val="single"/>
        </w:rPr>
        <w:t>XC attire to be worn, body protectors &amp; skull caps</w:t>
      </w:r>
    </w:p>
    <w:p w14:paraId="6A09B54F" w14:textId="77777777" w:rsidR="004E4AF8" w:rsidRDefault="0035600F">
      <w:pPr>
        <w:spacing w:after="20"/>
        <w:jc w:val="center"/>
      </w:pPr>
      <w:r>
        <w:rPr>
          <w:noProof/>
        </w:rPr>
        <w:drawing>
          <wp:inline distT="0" distB="0" distL="0" distR="0" wp14:anchorId="0E049405" wp14:editId="60AF37F7">
            <wp:extent cx="5400000" cy="99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9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D894B" w14:textId="77777777" w:rsidR="004E4AF8" w:rsidRDefault="0035600F">
      <w:pPr>
        <w:spacing w:after="0"/>
        <w:jc w:val="center"/>
      </w:pPr>
      <w:r>
        <w:rPr>
          <w:sz w:val="14"/>
        </w:rPr>
        <w:t>Secretary: Linda Anderson, West Kype Farm, Strathaven, ML10 6PR</w:t>
      </w:r>
    </w:p>
    <w:p w14:paraId="1808C3D0" w14:textId="77777777" w:rsidR="004E4AF8" w:rsidRDefault="0035600F">
      <w:pPr>
        <w:spacing w:after="0"/>
        <w:jc w:val="center"/>
      </w:pPr>
      <w:r>
        <w:rPr>
          <w:sz w:val="14"/>
        </w:rPr>
        <w:t>Treasurer: Gillian Beattie, 14 Glassford Road, Strathaven, ML10 6LL</w:t>
      </w:r>
    </w:p>
    <w:sectPr w:rsidR="004E4AF8" w:rsidSect="00034616">
      <w:pgSz w:w="12240" w:h="15840"/>
      <w:pgMar w:top="312" w:right="595" w:bottom="312" w:left="595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899732">
    <w:abstractNumId w:val="8"/>
  </w:num>
  <w:num w:numId="2" w16cid:durableId="1016808927">
    <w:abstractNumId w:val="6"/>
  </w:num>
  <w:num w:numId="3" w16cid:durableId="100729507">
    <w:abstractNumId w:val="5"/>
  </w:num>
  <w:num w:numId="4" w16cid:durableId="188957306">
    <w:abstractNumId w:val="4"/>
  </w:num>
  <w:num w:numId="5" w16cid:durableId="92634898">
    <w:abstractNumId w:val="7"/>
  </w:num>
  <w:num w:numId="6" w16cid:durableId="700670728">
    <w:abstractNumId w:val="3"/>
  </w:num>
  <w:num w:numId="7" w16cid:durableId="658656913">
    <w:abstractNumId w:val="2"/>
  </w:num>
  <w:num w:numId="8" w16cid:durableId="2143035171">
    <w:abstractNumId w:val="1"/>
  </w:num>
  <w:num w:numId="9" w16cid:durableId="1053307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600F"/>
    <w:rsid w:val="004E4AF8"/>
    <w:rsid w:val="009635D4"/>
    <w:rsid w:val="00AA1D8D"/>
    <w:rsid w:val="00AE77D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8E1FF6"/>
  <w14:defaultImageDpi w14:val="300"/>
  <w15:docId w15:val="{852EA1E3-0DD1-489C-9DF7-C83C49DC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Anderson</cp:lastModifiedBy>
  <cp:revision>2</cp:revision>
  <dcterms:created xsi:type="dcterms:W3CDTF">2026-09-10T09:48:00Z</dcterms:created>
  <dcterms:modified xsi:type="dcterms:W3CDTF">2026-09-10T09:48:00Z</dcterms:modified>
  <cp:category/>
</cp:coreProperties>
</file>